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קמפיין לנהגים צעירים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עקרונות בבניית קמפיין מודעות בטיחותי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מסר וסלוגן משכנע לבני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נושא, קהל יעד ופורמט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לשנות התנהגות מסוכנת לבטוחה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חצייה בלי 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הקבוצה שאליה הקמפיין פונה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קמפיין יעיל מותאם לקהל יעד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קל יותר לזכור ולהעביר את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נתון אמיתי מגביר את האמינות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קהל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סלוגן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להיראות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נושא לקהל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(תלמידי כיתה ז׳)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(רוכבי קורקינט צעירים)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(הורים שמסיעים)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(הכיתה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שלבים בבניית 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מרכזי לקמפיין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הגדרת קהל היעד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בחירת פורמט ההצגה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סלוגן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נושא ברור, קהל מתאים, סלוגן קצר וקולע ועובדה אמיתית ורלוונטית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הקבוצה שאליה פונה הקמפיין; חשיבות: התאמת המסר והפורמט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סלוגן קצר עד שש מילים, קליט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אמיתית הקשורה לנושא הבטיחות שנבחר, למשל נתון על תאונות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קטנות כדי שכל קבוצה תבנה קמפיין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דוגמאות לסלוגנים קצרים לפני תחילת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בהצגת כרטיסי הקמפיין בפני הכיתה לקבלת משוב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קמפיין לנהגים צעירים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תתרגלו בניית קמפיין קצר לבני ובנות גילכם בנושא זהירות בדרכים - כולל בחירת נושא, קהל יעד, פורמט, סלוגן ועובדה משכנעת.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להיראות  ·  סלוגן  ·  קהל יעד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קמפיין בנושא זהירות בדרכים?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לשנות התנהגות מסוכנת לבטוחה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למכור מוצר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נושא מתאים לקמפיין נגד שימוש בטלפון בזמן הליכה בכביש?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קסדה בכל רכיבה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חצייה בלי 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חגורה בכל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קהל יעד בקמפיין?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המקום שבו מציגים את הקמפיין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הקבוצה שאליה הקמפיין פונה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הסלוגן של הקמפיין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קמפיין טוב תמיד פונה לכל האוכלוסייה בלי הבדל 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סלוגן אמור להיות קצר, עד כמה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עובדה משכנעת יכולה לחזק את המסר של הקמפיין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הקבוצה שאליה פונה הקמפיין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משפט קצר וקליט שמסכם את המסר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להיות בטוחים בלילה חשוב לדאוג גם לראות וגם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נושא לקהל 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חצייה בלי 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רוכבי קורקינט 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קסדה בכל רכיבה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תלמידי כיתה ז׳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חגורה בכל נסיעה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הכיתה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לא רוכבים שניים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הורים שמסיעים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שלבים בבניית 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פורמט ההצגה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נושא מרכזי לקמפיין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סלוגן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הגדרת קהל היעד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נושא, קהל יעד ופורמט מתוך הרשימות, וכתבו סלוגן קצר (עד 6 מילים) ועובדה אחת משכנעת לקמפיין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קהל יעד ולמה חשוב להגדיר אותו בקמפיין?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לסלוגן קצר בנושא זהירות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קמפיין לנהגים צעירים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