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קמפיין לנהגים צעירים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עקרונות בבניית קמפיין מודעות בטיחותי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מסר וסלוגן משכנע לבני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נושא, קהל יעד ופורמט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לשנות התנהגות מסוכנת לבטוחה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חצייה בלי 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הקבוצה שאליה הקמפיין פונה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משפט קצר וקליט שקל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רואים ונראים בלילה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קמפיין יעיל מותאם לקהל יעד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קל יותר לזכור ולהעביר את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ופוגע ביציבות ובשליטה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נתון אמיתי מגביר את האמינות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לחץ חברתי יכול לגרום להתנהגות מסוכנת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סרטון קצר הוא פורמט מקובל ונפוץ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קהל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רכיבה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סטיקר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נושא לקהל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(תלמידי כיתה ז׳)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(רוכבי קורקינט 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(הורים שמסיעים)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(הכיתה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(תלמידי כיתה ז׳)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שלבים בבניית 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מרכזי לקמפיין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הגדרת קהל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פורמט ההצגה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סלוגן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הוספת עובדה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יצירת כרטיס קמפיין להצגה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נושא ברור, קהל מתאים, סלוגן קצר וקולע ועובדה אמיתית ורלוונטית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התאמה הגיונית בין הפורמט לקהל, למשל סטיקר לטלפון לבני נוער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הקבוצה שאליה פונה הקמפיין; חשיבות: התאמת המסר והפורמט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סלוגן קצר עד שש מילים, קליט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אמיתית הקשורה לנושא הבטיחות שנבחר, למשל נתון על 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כדי שכל קבוצה תבנה קמפיין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דוגמאות לסלוגנים קצרים לפני תחילת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בהצגת כרטיסי הקמפיין בפני הכיתה לקבלת משוב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קמפיין לנהגים צעירים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קמפיין קטן שמבקש מבני נוער להיזהר בדרך. נבחר נושא, קהל, סיסמה ועובדה.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קמפיין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מאורגנת כדי להעביר מסר לציבור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קהל יעד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שאליה פונה הקמפיין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וקליט שמעביר את הרעיון המרכזי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שרוצים שהקהל יזכור ויפעל לפיו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השפעה של חברים שגורמת לעשות משהו נגד הרצון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מציגים את הקמפיין, כמו סרטון או פוסטר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רואים ונראים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שלפיו צריך גם לראות וגם להיראות בחשיכה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קורקינט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רכב קטן שנוסעים עליו בעמידה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קמפיין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לשנות התנהגות מסוכנת לבטוחה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למכור מוצר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לתעד תאונות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נושא קשור לטלפון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קסדה בכל רכיבה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חצייה בלי 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חגורה בכל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רואים ונראים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'קהל יעד'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המקום שבו מציגים את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הקבוצה שאליה הקמפיין פונה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הסלוגן של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התקציב של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לתלות על 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בעיתון ארצי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סדרת 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צריכה להיות סיסמה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ארוך ומפורט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קצר וקליט שקל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חוקים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 ללא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לראות אותנו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רוכבים שניים על קורקינט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רואים ונראים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חגורה בכל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אומרים לא ללחץ חברתי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קמפיין טוב תמיד פונה לכל האוכלוסייה בלי הבדל 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סלוגן אמור להיות קצר, עד כמה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שניים על קורקינט מומלצת כי חוסכת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משכנעת יכולה לחזק את המסר של הקמפיין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חברתי אף פעם לא משפיע על החלטות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פורמט של סרטון קצר לקמפיין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הקבוצה שאליה פונה הקמפיין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קצר וקליט שמסכם את המסר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להיות בטוחים בלילה חשוב לדאוג גם לראות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נסיעה בלי קסדה מסוכנת במיוחד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לשכנע קהל, כדאי להוסיף לקמפיין __________ אחת 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קמפיין יכול להיות בפורמט של פוסטר, סרטון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נושא לקהל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חצייה בלי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רוכבי קורקינט 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קסדה בכל רכיבה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הורים שמסיעים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חגורה בכל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הכיתה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 רוכבים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תלמידי כיתה ז׳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רואים ונראים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תלמידי כיתה ז׳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שלבים בבניית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כרטיס קמפיין להצגה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נושא מרכזי לקמפיין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קהל היעד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עובדה משכנעת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סלוגן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פורמט ההצגה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נושא, קהל יעד ופורמט מתוך הרשימות, וכתבו סלוגן קצר (עד 6 מילים) ועובדה אחת משכנעת לקמפיין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בחרתם דווקא בפורמט הזה לקהל היעד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קהל יעד ולמה חשוב להגדיר אותו בקמפיין?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לסלוגן קצר בנושא זהירות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עובדה אחת שיכולה לשכנע בני נוער להיזהר בכביש?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קמפיין לנהגים צעירים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